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Properties of Matter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Describe a pencil using three physical properties.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Match: magnet test, float test, bend test. Which property does each check?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Iron filings are mixed with sand. Which property helps you separate them?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describe matter by its properties.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